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7: Physical Changes All Around</w:t>
      </w:r>
    </w:p>
    <w:p>
      <w:pPr>
        <w:spacing w:after="200"/>
        <w:jc w:val="center"/>
      </w:pPr>
      <w:r>
        <w:rPr>
          <w:b w:val="0"/>
          <w:i/>
          <w:sz w:val="20"/>
        </w:rPr>
        <w:t>5/6 Science  -  Matter and the Particle Model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Physical or chemical? cutting paper, baking a cake, freezing juice, rusting nail.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Name one physical change that is reversible and one that is not.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Is dissolving sugar in water a physical change? How could you prove it?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tell physical changes from chemical changes.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